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9DE0E" w14:textId="77777777" w:rsidR="00BB4153" w:rsidRDefault="00000000">
      <w:pPr>
        <w:spacing w:after="160"/>
        <w:jc w:val="center"/>
      </w:pPr>
      <w:r>
        <w:rPr>
          <w:noProof/>
        </w:rPr>
        <w:drawing>
          <wp:inline distT="0" distB="0" distL="0" distR="0" wp14:anchorId="5C09F175" wp14:editId="04810FB7">
            <wp:extent cx="774000" cy="6023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ce_logo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4000" cy="60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66449CC5" wp14:editId="713F21BB">
            <wp:extent cx="1440000" cy="11116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tecnica_logo_cropp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1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A382" w14:textId="77777777" w:rsidR="00BB4153" w:rsidRDefault="00000000">
      <w:pPr>
        <w:spacing w:after="80"/>
        <w:jc w:val="center"/>
      </w:pPr>
      <w:r>
        <w:rPr>
          <w:rFonts w:ascii="Aptos" w:hAnsi="Aptos"/>
          <w:b/>
          <w:color w:val="AD1735"/>
          <w:sz w:val="17"/>
        </w:rPr>
        <w:t>CIETIA’27  |  MAPUTO + ONLINE  |  14–16 ABRIL 2027</w:t>
      </w:r>
    </w:p>
    <w:p w14:paraId="2DF5937C" w14:textId="77777777" w:rsidR="00BB4153" w:rsidRDefault="00000000">
      <w:pPr>
        <w:pBdr>
          <w:bottom w:val="single" w:sz="18" w:space="7" w:color="AD1735"/>
        </w:pBdr>
        <w:spacing w:after="260"/>
        <w:jc w:val="center"/>
      </w:pPr>
      <w:r>
        <w:rPr>
          <w:rFonts w:ascii="Aptos" w:hAnsi="Aptos"/>
          <w:b/>
          <w:color w:val="202124"/>
          <w:sz w:val="20"/>
        </w:rPr>
        <w:t>1.ª Conferência Internacional sobre Educação, Tecnologias e Inteligência Artificial</w:t>
      </w:r>
    </w:p>
    <w:p w14:paraId="4127CD0B" w14:textId="77777777" w:rsidR="00BB4153" w:rsidRDefault="00000000">
      <w:pPr>
        <w:spacing w:before="120" w:after="100"/>
        <w:jc w:val="center"/>
      </w:pPr>
      <w:r>
        <w:rPr>
          <w:rFonts w:ascii="Aptos" w:hAnsi="Aptos"/>
          <w:b/>
          <w:color w:val="202124"/>
          <w:sz w:val="42"/>
        </w:rPr>
        <w:t>[Título do artigo em português]</w:t>
      </w:r>
    </w:p>
    <w:p w14:paraId="2EF20666" w14:textId="77777777" w:rsidR="00BB4153" w:rsidRDefault="00000000">
      <w:pPr>
        <w:spacing w:after="280"/>
        <w:jc w:val="center"/>
      </w:pPr>
      <w:r>
        <w:rPr>
          <w:rFonts w:ascii="Aptos" w:hAnsi="Aptos"/>
          <w:i/>
          <w:color w:val="62676D"/>
          <w:sz w:val="25"/>
        </w:rPr>
        <w:t>[Article title in English]</w:t>
      </w:r>
    </w:p>
    <w:p w14:paraId="15EC4402" w14:textId="77777777" w:rsidR="00BB4153" w:rsidRDefault="00000000">
      <w:pPr>
        <w:spacing w:after="60"/>
        <w:jc w:val="center"/>
      </w:pPr>
      <w:r>
        <w:rPr>
          <w:rFonts w:ascii="Aptos" w:hAnsi="Aptos"/>
          <w:b/>
          <w:color w:val="202124"/>
          <w:sz w:val="21"/>
        </w:rPr>
        <w:t>Nome do primeiro autor¹  ·  Nome do segundo autor²  ·  Nome do último autor³</w:t>
      </w:r>
    </w:p>
    <w:p w14:paraId="23F9C91C" w14:textId="77777777" w:rsidR="00BB4153" w:rsidRDefault="00000000">
      <w:pPr>
        <w:spacing w:after="280"/>
        <w:jc w:val="center"/>
      </w:pPr>
      <w:r>
        <w:rPr>
          <w:rFonts w:ascii="Aptos" w:hAnsi="Aptos"/>
          <w:color w:val="62676D"/>
          <w:sz w:val="18"/>
        </w:rPr>
        <w:t>¹ Instituição, país, e-mail  |  ² Instituição, país, e-mail  |  ³ Instituição, país, e-mail</w:t>
      </w:r>
    </w:p>
    <w:p w14:paraId="40A4FC7B" w14:textId="77777777" w:rsidR="00BB4153" w:rsidRDefault="00000000">
      <w:pPr>
        <w:pStyle w:val="CIETIANota"/>
        <w:pBdr>
          <w:left w:val="single" w:sz="18" w:space="8" w:color="AD1735"/>
        </w:pBdr>
        <w:shd w:val="clear" w:color="auto" w:fill="F5F1F2"/>
      </w:pPr>
      <w:r>
        <w:rPr>
          <w:b/>
          <w:color w:val="7D1027"/>
          <w:sz w:val="17"/>
        </w:rPr>
        <w:t xml:space="preserve">SUBMISSÃO CEGA  </w:t>
      </w:r>
      <w:r>
        <w:rPr>
          <w:color w:val="62676D"/>
        </w:rPr>
        <w:t>Na versão inicial, remover nomes, instituições, e-mails, agradecimentos e qualquer elemento que permita identificar a autoria.</w:t>
      </w:r>
    </w:p>
    <w:p w14:paraId="1476D533" w14:textId="77777777" w:rsidR="00BB4153" w:rsidRDefault="00000000">
      <w:pPr>
        <w:pStyle w:val="CIETIATtulo2"/>
      </w:pPr>
      <w:r>
        <w:t>Resumo</w:t>
      </w:r>
    </w:p>
    <w:p w14:paraId="2DDDC930" w14:textId="77777777" w:rsidR="00BB4153" w:rsidRDefault="00000000">
      <w:pPr>
        <w:pStyle w:val="CIETIAResumo"/>
        <w:jc w:val="both"/>
      </w:pPr>
      <w:r>
        <w:t>[Apresente o objetivo, o enquadramento, a metodologia, os principais resultados e as conclusões. Máximo de 150 palavras, num único parágrafo e sem referências bibliográficas.]</w:t>
      </w:r>
    </w:p>
    <w:p w14:paraId="307C111A" w14:textId="77777777" w:rsidR="00BB4153" w:rsidRDefault="00000000">
      <w:pPr>
        <w:pStyle w:val="CIETIAResumo"/>
      </w:pPr>
      <w:r>
        <w:rPr>
          <w:b/>
        </w:rPr>
        <w:t xml:space="preserve">Palavras-chave: </w:t>
      </w:r>
      <w:r>
        <w:t>três a cinco termos, em minúsculas, separados por vírgulas.</w:t>
      </w:r>
    </w:p>
    <w:p w14:paraId="22A8E40B" w14:textId="77777777" w:rsidR="00BB4153" w:rsidRDefault="00000000">
      <w:pPr>
        <w:pStyle w:val="CIETIATtulo2"/>
      </w:pPr>
      <w:r>
        <w:t>Abstract</w:t>
      </w:r>
    </w:p>
    <w:p w14:paraId="44414C6B" w14:textId="77777777" w:rsidR="00BB4153" w:rsidRDefault="00000000">
      <w:pPr>
        <w:pStyle w:val="CIETIAResumo"/>
        <w:jc w:val="both"/>
      </w:pPr>
      <w:r>
        <w:t>[English version of the abstract. Maximum 150 words, presented as one paragraph and without bibliographic references.]</w:t>
      </w:r>
    </w:p>
    <w:p w14:paraId="181D7738" w14:textId="77777777" w:rsidR="00BB4153" w:rsidRDefault="00000000">
      <w:pPr>
        <w:pStyle w:val="CIETIAResumo"/>
      </w:pPr>
      <w:r>
        <w:rPr>
          <w:b/>
        </w:rPr>
        <w:t xml:space="preserve">Keywords: </w:t>
      </w:r>
      <w:r>
        <w:t>three to five lower-case terms separated by commas.</w:t>
      </w:r>
    </w:p>
    <w:p w14:paraId="3D736AB9" w14:textId="77777777" w:rsidR="00BB4153" w:rsidRDefault="00000000">
      <w:r>
        <w:br w:type="page"/>
      </w:r>
    </w:p>
    <w:p w14:paraId="0FD20AB6" w14:textId="77777777" w:rsidR="00BB4153" w:rsidRDefault="00000000">
      <w:pPr>
        <w:pStyle w:val="CIETIATtulo1"/>
      </w:pPr>
      <w:r>
        <w:lastRenderedPageBreak/>
        <w:t>1. Introdução</w:t>
      </w:r>
    </w:p>
    <w:p w14:paraId="07F190E2" w14:textId="77777777" w:rsidR="00BB4153" w:rsidRDefault="00000000">
      <w:pPr>
        <w:pStyle w:val="CIETIACorpodetexto"/>
      </w:pPr>
      <w:r>
        <w:t>[Apresente o problema, o enquadramento teórico, a relevância do estudo e os objetivos. Substitua todas as instruções entre parênteses retos pelo conteúdo do artigo.]</w:t>
      </w:r>
    </w:p>
    <w:p w14:paraId="594FDA62" w14:textId="77777777" w:rsidR="00BB4153" w:rsidRDefault="00000000">
      <w:pPr>
        <w:pStyle w:val="CIETIANota"/>
        <w:pBdr>
          <w:left w:val="single" w:sz="18" w:space="8" w:color="AD1735"/>
        </w:pBdr>
        <w:shd w:val="clear" w:color="auto" w:fill="F5F1F2"/>
      </w:pPr>
      <w:r>
        <w:rPr>
          <w:b/>
          <w:color w:val="7D1027"/>
          <w:sz w:val="17"/>
        </w:rPr>
        <w:t xml:space="preserve">EXTENSÃO  </w:t>
      </w:r>
      <w:r>
        <w:rPr>
          <w:color w:val="62676D"/>
        </w:rPr>
        <w:t>O artigo deve ter entre 12 e 15 páginas e não pode exceder 15 páginas. O limite inclui resumo, abstract, figuras, tabelas, referências e apêndices.</w:t>
      </w:r>
    </w:p>
    <w:p w14:paraId="6779C8DA" w14:textId="77777777" w:rsidR="00BB4153" w:rsidRDefault="00000000">
      <w:pPr>
        <w:pStyle w:val="CIETIATtulo1"/>
      </w:pPr>
      <w:r>
        <w:t>2. Enquadramento teórico</w:t>
      </w:r>
    </w:p>
    <w:p w14:paraId="461B3893" w14:textId="77777777" w:rsidR="00BB4153" w:rsidRDefault="00000000">
      <w:pPr>
        <w:pStyle w:val="CIETIACorpodetexto"/>
      </w:pPr>
      <w:r>
        <w:t>[Organize a revisão da literatura de forma crítica e articulada com a pergunta de investigação.]</w:t>
      </w:r>
    </w:p>
    <w:p w14:paraId="1D563007" w14:textId="77777777" w:rsidR="00BB4153" w:rsidRDefault="00000000">
      <w:pPr>
        <w:pStyle w:val="CIETIATtulo2"/>
      </w:pPr>
      <w:r>
        <w:t>2.1. Subsecção de primeiro nível</w:t>
      </w:r>
    </w:p>
    <w:p w14:paraId="0E7D411B" w14:textId="77777777" w:rsidR="00BB4153" w:rsidRDefault="00000000">
      <w:pPr>
        <w:pStyle w:val="CIETIACorpodetexto"/>
      </w:pPr>
      <w:r>
        <w:t>O corpo do texto utiliza Aptos 10,5 pt, espaçamento 1,2 e alinhamento à esquerda. Podem ser usadas até três ordens de títulos, sempre numeradas de forma coerente.</w:t>
      </w:r>
    </w:p>
    <w:p w14:paraId="76376400" w14:textId="77777777" w:rsidR="00BB4153" w:rsidRDefault="00000000">
      <w:pPr>
        <w:pStyle w:val="CIETIATtulo3"/>
      </w:pPr>
      <w:r>
        <w:t>2.1.1. Subsecção de segundo nível</w:t>
      </w:r>
    </w:p>
    <w:p w14:paraId="460440DF" w14:textId="77777777" w:rsidR="00BB4153" w:rsidRDefault="00000000">
      <w:pPr>
        <w:pStyle w:val="CIETIACorpodetexto"/>
      </w:pPr>
      <w:r>
        <w:t>Evite parágrafos excessivamente longos e use listas apenas quando facilitarem a leitura.</w:t>
      </w:r>
    </w:p>
    <w:p w14:paraId="2C398201" w14:textId="77777777" w:rsidR="00BB4153" w:rsidRDefault="00000000">
      <w:pPr>
        <w:pStyle w:val="CIETIATtulo1"/>
      </w:pPr>
      <w:r>
        <w:t>3. Metodologia</w:t>
      </w:r>
    </w:p>
    <w:p w14:paraId="353D35C8" w14:textId="77777777" w:rsidR="00BB4153" w:rsidRDefault="00000000">
      <w:pPr>
        <w:pStyle w:val="CIETIACorpodetexto"/>
      </w:pPr>
      <w:r>
        <w:t>[Descreva o desenho do estudo, participantes ou fontes de dados, instrumentos, procedimentos, técnicas de análise e cuidados éticos.]</w:t>
      </w:r>
    </w:p>
    <w:p w14:paraId="08451632" w14:textId="77777777" w:rsidR="00BB4153" w:rsidRDefault="00000000">
      <w:pPr>
        <w:pStyle w:val="CIETIANota"/>
        <w:pBdr>
          <w:left w:val="single" w:sz="18" w:space="8" w:color="AD1735"/>
        </w:pBdr>
        <w:shd w:val="clear" w:color="auto" w:fill="F5F1F2"/>
      </w:pPr>
      <w:r>
        <w:rPr>
          <w:b/>
          <w:color w:val="7D1027"/>
          <w:sz w:val="17"/>
        </w:rPr>
        <w:t xml:space="preserve">ÉTICA E TRANSPARÊNCIA  </w:t>
      </w:r>
      <w:r>
        <w:rPr>
          <w:color w:val="62676D"/>
        </w:rPr>
        <w:t>Indique autorizações éticas, consentimento informado, conflitos de interesse, financiamento e utilização de ferramentas de inteligência artificial, quando aplicável.</w:t>
      </w:r>
    </w:p>
    <w:p w14:paraId="5D713C27" w14:textId="77777777" w:rsidR="00BB4153" w:rsidRDefault="00000000">
      <w:pPr>
        <w:pStyle w:val="CIETIATtulo1"/>
      </w:pPr>
      <w:r>
        <w:t>4. Resultados</w:t>
      </w:r>
    </w:p>
    <w:p w14:paraId="5C1D82A7" w14:textId="77777777" w:rsidR="00BB4153" w:rsidRDefault="00000000">
      <w:pPr>
        <w:pStyle w:val="CIETIACorpodetexto"/>
      </w:pPr>
      <w:r>
        <w:t>[Apresente os resultados de forma clara, evitando repetir integralmente no texto os dados já expostos em tabelas ou figuras.]</w:t>
      </w:r>
    </w:p>
    <w:p w14:paraId="732A1C61" w14:textId="77777777" w:rsidR="00BB4153" w:rsidRDefault="00000000">
      <w:pPr>
        <w:spacing w:before="160"/>
        <w:jc w:val="center"/>
      </w:pPr>
      <w:r>
        <w:rPr>
          <w:noProof/>
        </w:rPr>
        <w:drawing>
          <wp:inline distT="0" distB="0" distL="0" distR="0" wp14:anchorId="1DFDFFEB" wp14:editId="344F8CF3">
            <wp:extent cx="2628000" cy="1226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12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F9BAB" w14:textId="77777777" w:rsidR="00BB4153" w:rsidRDefault="00000000">
      <w:pPr>
        <w:pStyle w:val="CIETIALegenda"/>
      </w:pPr>
      <w:r>
        <w:t>Figura 1. Título descritivo da figura.</w:t>
      </w:r>
    </w:p>
    <w:p w14:paraId="6D53AE49" w14:textId="77777777" w:rsidR="00BB4153" w:rsidRDefault="00000000">
      <w:pPr>
        <w:pStyle w:val="CIETIATtulo3"/>
      </w:pPr>
      <w:r>
        <w:t>Tabela 1. Título descritivo da tabela</w:t>
      </w:r>
    </w:p>
    <w:tbl>
      <w:tblPr>
        <w:tblW w:w="8800" w:type="dxa"/>
        <w:jc w:val="center"/>
        <w:tblBorders>
          <w:top w:val="single" w:sz="6" w:space="0" w:color="D9DADD"/>
          <w:left w:val="single" w:sz="6" w:space="0" w:color="D9DADD"/>
          <w:bottom w:val="single" w:sz="6" w:space="0" w:color="D9DADD"/>
          <w:right w:val="single" w:sz="6" w:space="0" w:color="D9DADD"/>
          <w:insideH w:val="single" w:sz="6" w:space="0" w:color="D9DADD"/>
          <w:insideV w:val="single" w:sz="6" w:space="0" w:color="D9DADD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2700"/>
        <w:gridCol w:w="2700"/>
      </w:tblGrid>
      <w:tr w:rsidR="00BB4153" w14:paraId="09AADA2D" w14:textId="77777777">
        <w:trPr>
          <w:jc w:val="center"/>
        </w:trPr>
        <w:tc>
          <w:tcPr>
            <w:tcW w:w="3400" w:type="dxa"/>
            <w:shd w:val="clear" w:color="auto" w:fill="7D102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E520514" w14:textId="77777777" w:rsidR="00BB4153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Dimensão</w:t>
            </w:r>
          </w:p>
        </w:tc>
        <w:tc>
          <w:tcPr>
            <w:tcW w:w="2700" w:type="dxa"/>
            <w:shd w:val="clear" w:color="auto" w:fill="7D102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99B2F2" w14:textId="77777777" w:rsidR="00BB4153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Grupo A</w:t>
            </w:r>
          </w:p>
        </w:tc>
        <w:tc>
          <w:tcPr>
            <w:tcW w:w="2700" w:type="dxa"/>
            <w:shd w:val="clear" w:color="auto" w:fill="7D102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72D039" w14:textId="77777777" w:rsidR="00BB4153" w:rsidRDefault="00000000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Grupo B</w:t>
            </w:r>
          </w:p>
        </w:tc>
      </w:tr>
      <w:tr w:rsidR="00BB4153" w14:paraId="5849425A" w14:textId="77777777">
        <w:trPr>
          <w:jc w:val="center"/>
        </w:trPr>
        <w:tc>
          <w:tcPr>
            <w:tcW w:w="3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809E0E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Indicador 1</w:t>
            </w:r>
          </w:p>
        </w:tc>
        <w:tc>
          <w:tcPr>
            <w:tcW w:w="27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3C6847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  <w:tc>
          <w:tcPr>
            <w:tcW w:w="27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79373F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</w:tr>
      <w:tr w:rsidR="00BB4153" w14:paraId="092E35F3" w14:textId="77777777">
        <w:trPr>
          <w:jc w:val="center"/>
        </w:trPr>
        <w:tc>
          <w:tcPr>
            <w:tcW w:w="34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836811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Indicador 2</w:t>
            </w:r>
          </w:p>
        </w:tc>
        <w:tc>
          <w:tcPr>
            <w:tcW w:w="27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3C00D6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  <w:tc>
          <w:tcPr>
            <w:tcW w:w="27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F8CF1B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</w:tr>
      <w:tr w:rsidR="00BB4153" w14:paraId="424A2980" w14:textId="77777777">
        <w:trPr>
          <w:jc w:val="center"/>
        </w:trPr>
        <w:tc>
          <w:tcPr>
            <w:tcW w:w="3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D85769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Indicador 3</w:t>
            </w:r>
          </w:p>
        </w:tc>
        <w:tc>
          <w:tcPr>
            <w:tcW w:w="27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9E3076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  <w:tc>
          <w:tcPr>
            <w:tcW w:w="27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B5E620" w14:textId="77777777" w:rsidR="00BB4153" w:rsidRDefault="00000000">
            <w:pPr>
              <w:jc w:val="center"/>
            </w:pPr>
            <w:r>
              <w:rPr>
                <w:rFonts w:ascii="Aptos" w:hAnsi="Aptos"/>
                <w:color w:val="202124"/>
                <w:sz w:val="18"/>
              </w:rPr>
              <w:t>00,0</w:t>
            </w:r>
          </w:p>
        </w:tc>
      </w:tr>
    </w:tbl>
    <w:p w14:paraId="3226DF1B" w14:textId="77777777" w:rsidR="00BB4153" w:rsidRDefault="00000000">
      <w:pPr>
        <w:pStyle w:val="CIETIALegenda"/>
        <w:jc w:val="left"/>
      </w:pPr>
      <w:r>
        <w:lastRenderedPageBreak/>
        <w:t>Nota. Indique a fonte e esclarecimentos essenciais à leitura da tabela.</w:t>
      </w:r>
    </w:p>
    <w:p w14:paraId="1849CCDA" w14:textId="77777777" w:rsidR="00BB4153" w:rsidRDefault="00000000">
      <w:pPr>
        <w:pStyle w:val="CIETIATtulo1"/>
      </w:pPr>
      <w:r>
        <w:t>5. Discussão</w:t>
      </w:r>
    </w:p>
    <w:p w14:paraId="624489F4" w14:textId="77777777" w:rsidR="00BB4153" w:rsidRDefault="00000000">
      <w:pPr>
        <w:pStyle w:val="CIETIACorpodetexto"/>
      </w:pPr>
      <w:r>
        <w:t>[Interprete os resultados à luz da literatura, apresente implicações, limitações e pistas para investigação futura.]</w:t>
      </w:r>
    </w:p>
    <w:p w14:paraId="7A6D4FC5" w14:textId="77777777" w:rsidR="00BB4153" w:rsidRDefault="00000000">
      <w:pPr>
        <w:pStyle w:val="CIETIATtulo1"/>
      </w:pPr>
      <w:r>
        <w:t>6. Conclusões</w:t>
      </w:r>
    </w:p>
    <w:p w14:paraId="4E9A3B9E" w14:textId="77777777" w:rsidR="00BB4153" w:rsidRDefault="00000000">
      <w:pPr>
        <w:pStyle w:val="CIETIACorpodetexto"/>
      </w:pPr>
      <w:r>
        <w:t>[Retome os objetivos e sintetize os principais contributos do estudo sem introduzir novos resultados.]</w:t>
      </w:r>
    </w:p>
    <w:p w14:paraId="0DEDEA67" w14:textId="77777777" w:rsidR="00BB4153" w:rsidRDefault="00000000">
      <w:pPr>
        <w:pStyle w:val="CIETIATtulo1"/>
      </w:pPr>
      <w:r>
        <w:t>7. Declarações finais</w:t>
      </w:r>
    </w:p>
    <w:p w14:paraId="7B462843" w14:textId="77777777" w:rsidR="00BB4153" w:rsidRDefault="00000000">
      <w:pPr>
        <w:pStyle w:val="CIETIATtulo2"/>
      </w:pPr>
      <w:r>
        <w:t>Contributos dos autores</w:t>
      </w:r>
    </w:p>
    <w:p w14:paraId="4D83910B" w14:textId="77777777" w:rsidR="00BB4153" w:rsidRDefault="00000000">
      <w:pPr>
        <w:pStyle w:val="CIETIACorpodetexto"/>
      </w:pPr>
      <w:r>
        <w:t>[Indique os contributos de cada autor, quando exigido pela organização.]</w:t>
      </w:r>
    </w:p>
    <w:p w14:paraId="4B6032D4" w14:textId="77777777" w:rsidR="00BB4153" w:rsidRDefault="00000000">
      <w:pPr>
        <w:pStyle w:val="CIETIATtulo2"/>
      </w:pPr>
      <w:r>
        <w:t>Financiamento</w:t>
      </w:r>
    </w:p>
    <w:p w14:paraId="448AD511" w14:textId="77777777" w:rsidR="00BB4153" w:rsidRDefault="00000000">
      <w:pPr>
        <w:pStyle w:val="CIETIACorpodetexto"/>
      </w:pPr>
      <w:r>
        <w:t>[Identifique entidades financiadoras e referências de projetos, ou declare que não existiu financiamento externo.]</w:t>
      </w:r>
    </w:p>
    <w:p w14:paraId="1D1CD627" w14:textId="77777777" w:rsidR="00BB4153" w:rsidRDefault="00000000">
      <w:pPr>
        <w:pStyle w:val="CIETIATtulo2"/>
      </w:pPr>
      <w:r>
        <w:t>Conflitos de interesse</w:t>
      </w:r>
    </w:p>
    <w:p w14:paraId="76505C00" w14:textId="77777777" w:rsidR="00BB4153" w:rsidRDefault="00000000">
      <w:pPr>
        <w:pStyle w:val="CIETIACorpodetexto"/>
      </w:pPr>
      <w:r>
        <w:t>[Declare eventuais conflitos de interesse ou indique que não existem.]</w:t>
      </w:r>
    </w:p>
    <w:p w14:paraId="03E650EF" w14:textId="77777777" w:rsidR="00BB4153" w:rsidRDefault="00000000">
      <w:pPr>
        <w:pStyle w:val="CIETIATtulo2"/>
      </w:pPr>
      <w:r>
        <w:t>Utilização de inteligência artificial</w:t>
      </w:r>
    </w:p>
    <w:p w14:paraId="35BB87B7" w14:textId="77777777" w:rsidR="00BB4153" w:rsidRDefault="00000000">
      <w:pPr>
        <w:pStyle w:val="CIETIACorpodetexto"/>
      </w:pPr>
      <w:r>
        <w:t>[Declare de forma transparente a utilização de ferramentas de IA generativa na preparação do trabalho, quando aplicável. A responsabilidade pelo conteúdo permanece integralmente com os autores.]</w:t>
      </w:r>
    </w:p>
    <w:p w14:paraId="7652355E" w14:textId="77777777" w:rsidR="00BB4153" w:rsidRDefault="00000000">
      <w:pPr>
        <w:pStyle w:val="CIETIATtulo2"/>
      </w:pPr>
      <w:r>
        <w:t>Agradecimentos</w:t>
      </w:r>
    </w:p>
    <w:p w14:paraId="4AD658B3" w14:textId="77777777" w:rsidR="00BB4153" w:rsidRDefault="00000000">
      <w:pPr>
        <w:pStyle w:val="CIETIACorpodetexto"/>
      </w:pPr>
      <w:r>
        <w:t>[Opcional. Inserir apenas na versão final, depois da aceitação.]</w:t>
      </w:r>
    </w:p>
    <w:p w14:paraId="1C15A71E" w14:textId="77777777" w:rsidR="00BB4153" w:rsidRDefault="00000000">
      <w:pPr>
        <w:pStyle w:val="CIETIATtulo1"/>
      </w:pPr>
      <w:r>
        <w:t>8. Referências</w:t>
      </w:r>
    </w:p>
    <w:p w14:paraId="05B8E672" w14:textId="77777777" w:rsidR="00BB4153" w:rsidRDefault="00000000">
      <w:pPr>
        <w:pStyle w:val="CIETIANota"/>
        <w:pBdr>
          <w:left w:val="single" w:sz="18" w:space="8" w:color="AD1735"/>
        </w:pBdr>
        <w:shd w:val="clear" w:color="auto" w:fill="F5F1F2"/>
      </w:pPr>
      <w:r>
        <w:rPr>
          <w:b/>
          <w:color w:val="7D1027"/>
          <w:sz w:val="17"/>
        </w:rPr>
        <w:t xml:space="preserve">APA 7  </w:t>
      </w:r>
      <w:r>
        <w:rPr>
          <w:color w:val="62676D"/>
        </w:rPr>
        <w:t>Inclua apenas obras citadas no texto, em ordem alfabética. Use avanço pendente de 0,7 cm. DOI e URL devem ser apresentados como ligações e não levam ponto final.</w:t>
      </w:r>
    </w:p>
    <w:p w14:paraId="216D4DE7" w14:textId="77777777" w:rsidR="00BB4153" w:rsidRDefault="00000000">
      <w:pPr>
        <w:pStyle w:val="CIETIAReferncias"/>
      </w:pPr>
      <w:r>
        <w:t>American Psychological Association. (2020). Publication manual of the American Psychological Association (7th ed.).</w:t>
      </w:r>
    </w:p>
    <w:p w14:paraId="79524A04" w14:textId="77777777" w:rsidR="00BB4153" w:rsidRDefault="00000000">
      <w:pPr>
        <w:pStyle w:val="CIETIAReferncias"/>
      </w:pPr>
      <w:r>
        <w:t>Apelido, I. I. (Ano). Título do livro. Editora. https://doi.org/xxxxx</w:t>
      </w:r>
    </w:p>
    <w:p w14:paraId="64EE7702" w14:textId="77777777" w:rsidR="00BB4153" w:rsidRDefault="00000000">
      <w:pPr>
        <w:pStyle w:val="CIETIAReferncias"/>
      </w:pPr>
      <w:r>
        <w:t>Apelido, I. I. (Ano). Título do capítulo. In I. I. Apelido (Ed.), Título do livro (pp. 00–00). Editora. https://doi.org/xxxxx</w:t>
      </w:r>
    </w:p>
    <w:p w14:paraId="2B5875CC" w14:textId="77777777" w:rsidR="00BB4153" w:rsidRDefault="00000000">
      <w:pPr>
        <w:pStyle w:val="CIETIAReferncias"/>
      </w:pPr>
      <w:r>
        <w:t>Apelido, I. I., &amp; Apelido, I. I. (Ano). Título do artigo. Título da Revista, 00(0), 00–00. https://doi.org/xxxxx</w:t>
      </w:r>
    </w:p>
    <w:p w14:paraId="7BABE66D" w14:textId="77777777" w:rsidR="00BB4153" w:rsidRDefault="00000000">
      <w:pPr>
        <w:pStyle w:val="CIETIAReferncias"/>
      </w:pPr>
      <w:r>
        <w:t>Apelido, I. I. (Ano). Título da dissertação ou tese [Tese de doutoramento, Instituição]. Repositório. URL</w:t>
      </w:r>
    </w:p>
    <w:p w14:paraId="0CB3E334" w14:textId="77777777" w:rsidR="00BB4153" w:rsidRDefault="00000000">
      <w:pPr>
        <w:pStyle w:val="CIETIAReferncias"/>
      </w:pPr>
      <w:r>
        <w:t>Instituição. (Ano, dia de mês). Título da página. Nome do site. URL</w:t>
      </w:r>
    </w:p>
    <w:p w14:paraId="6C200240" w14:textId="77777777" w:rsidR="00BB4153" w:rsidRDefault="00000000">
      <w:pPr>
        <w:pStyle w:val="CIETIATtulo2"/>
      </w:pPr>
      <w:r>
        <w:t>Orientações rápidas de citação</w:t>
      </w:r>
    </w:p>
    <w:tbl>
      <w:tblPr>
        <w:tblW w:w="8800" w:type="dxa"/>
        <w:jc w:val="center"/>
        <w:tblBorders>
          <w:top w:val="single" w:sz="6" w:space="0" w:color="D9DADD"/>
          <w:left w:val="single" w:sz="6" w:space="0" w:color="D9DADD"/>
          <w:bottom w:val="single" w:sz="6" w:space="0" w:color="D9DADD"/>
          <w:right w:val="single" w:sz="6" w:space="0" w:color="D9DADD"/>
          <w:insideH w:val="single" w:sz="6" w:space="0" w:color="D9DADD"/>
          <w:insideV w:val="single" w:sz="6" w:space="0" w:color="D9DADD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6400"/>
      </w:tblGrid>
      <w:tr w:rsidR="00BB4153" w14:paraId="463E5950" w14:textId="77777777">
        <w:trPr>
          <w:jc w:val="center"/>
        </w:trPr>
        <w:tc>
          <w:tcPr>
            <w:tcW w:w="2400" w:type="dxa"/>
            <w:shd w:val="clear" w:color="auto" w:fill="7D102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035294" w14:textId="77777777" w:rsidR="00BB4153" w:rsidRDefault="00000000">
            <w:r>
              <w:rPr>
                <w:rFonts w:ascii="Aptos" w:hAnsi="Aptos"/>
                <w:b/>
                <w:color w:val="FFFFFF"/>
                <w:sz w:val="18"/>
              </w:rPr>
              <w:t>Situação</w:t>
            </w:r>
          </w:p>
        </w:tc>
        <w:tc>
          <w:tcPr>
            <w:tcW w:w="6400" w:type="dxa"/>
            <w:shd w:val="clear" w:color="auto" w:fill="7D102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83BEDF" w14:textId="77777777" w:rsidR="00BB4153" w:rsidRDefault="00000000">
            <w:r>
              <w:rPr>
                <w:rFonts w:ascii="Aptos" w:hAnsi="Aptos"/>
                <w:b/>
                <w:color w:val="FFFFFF"/>
                <w:sz w:val="18"/>
              </w:rPr>
              <w:t>Formato no texto</w:t>
            </w:r>
          </w:p>
        </w:tc>
      </w:tr>
      <w:tr w:rsidR="00BB4153" w14:paraId="461578FE" w14:textId="77777777">
        <w:trPr>
          <w:jc w:val="center"/>
        </w:trPr>
        <w:tc>
          <w:tcPr>
            <w:tcW w:w="2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F525E8" w14:textId="77777777" w:rsidR="00BB4153" w:rsidRDefault="00000000">
            <w:r>
              <w:rPr>
                <w:rFonts w:ascii="Aptos" w:hAnsi="Aptos"/>
                <w:b/>
                <w:color w:val="202124"/>
                <w:sz w:val="18"/>
              </w:rPr>
              <w:lastRenderedPageBreak/>
              <w:t>Um autor</w:t>
            </w:r>
          </w:p>
        </w:tc>
        <w:tc>
          <w:tcPr>
            <w:tcW w:w="6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BC18F0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(Apelido, ano) ou Apelido (ano)</w:t>
            </w:r>
          </w:p>
        </w:tc>
      </w:tr>
      <w:tr w:rsidR="00BB4153" w14:paraId="0AA05559" w14:textId="77777777">
        <w:trPr>
          <w:jc w:val="center"/>
        </w:trPr>
        <w:tc>
          <w:tcPr>
            <w:tcW w:w="24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CF7EE4" w14:textId="77777777" w:rsidR="00BB4153" w:rsidRDefault="00000000">
            <w:r>
              <w:rPr>
                <w:rFonts w:ascii="Aptos" w:hAnsi="Aptos"/>
                <w:b/>
                <w:color w:val="202124"/>
                <w:sz w:val="18"/>
              </w:rPr>
              <w:t>Dois autores</w:t>
            </w:r>
          </w:p>
        </w:tc>
        <w:tc>
          <w:tcPr>
            <w:tcW w:w="64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343C9C4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(Apelido &amp; Apelido, ano) ou Apelido e Apelido (ano)</w:t>
            </w:r>
          </w:p>
        </w:tc>
      </w:tr>
      <w:tr w:rsidR="00BB4153" w14:paraId="648D78E0" w14:textId="77777777">
        <w:trPr>
          <w:jc w:val="center"/>
        </w:trPr>
        <w:tc>
          <w:tcPr>
            <w:tcW w:w="2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3F6F573" w14:textId="77777777" w:rsidR="00BB4153" w:rsidRDefault="00000000">
            <w:r>
              <w:rPr>
                <w:rFonts w:ascii="Aptos" w:hAnsi="Aptos"/>
                <w:b/>
                <w:color w:val="202124"/>
                <w:sz w:val="18"/>
              </w:rPr>
              <w:t>Três ou mais</w:t>
            </w:r>
          </w:p>
        </w:tc>
        <w:tc>
          <w:tcPr>
            <w:tcW w:w="6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330681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(Apelido et al., ano), desde a primeira citação</w:t>
            </w:r>
          </w:p>
        </w:tc>
      </w:tr>
      <w:tr w:rsidR="00BB4153" w14:paraId="5C14E13F" w14:textId="77777777">
        <w:trPr>
          <w:jc w:val="center"/>
        </w:trPr>
        <w:tc>
          <w:tcPr>
            <w:tcW w:w="24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630683" w14:textId="77777777" w:rsidR="00BB4153" w:rsidRDefault="00000000">
            <w:r>
              <w:rPr>
                <w:rFonts w:ascii="Aptos" w:hAnsi="Aptos"/>
                <w:b/>
                <w:color w:val="202124"/>
                <w:sz w:val="18"/>
              </w:rPr>
              <w:t>Citação direta</w:t>
            </w:r>
          </w:p>
        </w:tc>
        <w:tc>
          <w:tcPr>
            <w:tcW w:w="6400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FDA0F6" w14:textId="77777777" w:rsidR="00BB4153" w:rsidRDefault="00000000">
            <w:r>
              <w:rPr>
                <w:rFonts w:ascii="Aptos" w:hAnsi="Aptos"/>
                <w:color w:val="202124"/>
                <w:sz w:val="18"/>
              </w:rPr>
              <w:t>(Apelido, ano, p. 00)</w:t>
            </w:r>
          </w:p>
        </w:tc>
      </w:tr>
    </w:tbl>
    <w:p w14:paraId="28120C99" w14:textId="77777777" w:rsidR="00BB4153" w:rsidRDefault="00000000">
      <w:pPr>
        <w:pStyle w:val="CIETIATtulo2"/>
      </w:pPr>
      <w:r>
        <w:t>Formatação essencial</w:t>
      </w:r>
    </w:p>
    <w:p w14:paraId="577A13D6" w14:textId="77777777" w:rsidR="00BB4153" w:rsidRDefault="00000000">
      <w:pPr>
        <w:pStyle w:val="CIETIACorpodetexto"/>
        <w:spacing w:after="60"/>
      </w:pPr>
      <w:r>
        <w:rPr>
          <w:b/>
          <w:color w:val="7D1027"/>
          <w:sz w:val="19"/>
        </w:rPr>
        <w:t xml:space="preserve">Página: </w:t>
      </w:r>
      <w:r>
        <w:rPr>
          <w:sz w:val="19"/>
        </w:rPr>
        <w:t>A4; margens de 2,35 cm à esquerda e à direita, 2,1 cm no topo e 2,0 cm no fundo.</w:t>
      </w:r>
    </w:p>
    <w:p w14:paraId="0157D2CF" w14:textId="77777777" w:rsidR="00BB4153" w:rsidRDefault="00000000">
      <w:pPr>
        <w:pStyle w:val="CIETIACorpodetexto"/>
        <w:spacing w:after="60"/>
      </w:pPr>
      <w:r>
        <w:rPr>
          <w:b/>
          <w:color w:val="7D1027"/>
          <w:sz w:val="19"/>
        </w:rPr>
        <w:t xml:space="preserve">Texto: </w:t>
      </w:r>
      <w:r>
        <w:rPr>
          <w:sz w:val="19"/>
        </w:rPr>
        <w:t>Aptos 10,5 pt; espaçamento 1,2; alinhamento à esquerda; máximo de 15 páginas.</w:t>
      </w:r>
    </w:p>
    <w:p w14:paraId="213F0F6A" w14:textId="77777777" w:rsidR="00BB4153" w:rsidRDefault="00000000">
      <w:pPr>
        <w:pStyle w:val="CIETIACorpodetexto"/>
        <w:spacing w:after="60"/>
      </w:pPr>
      <w:r>
        <w:rPr>
          <w:b/>
          <w:color w:val="7D1027"/>
          <w:sz w:val="19"/>
        </w:rPr>
        <w:t xml:space="preserve">Títulos: </w:t>
      </w:r>
      <w:r>
        <w:rPr>
          <w:sz w:val="19"/>
        </w:rPr>
        <w:t>Até três níveis numerados, utilizando os estilos CIETIA Título 1, 2 e 3.</w:t>
      </w:r>
    </w:p>
    <w:p w14:paraId="0B3F228A" w14:textId="77777777" w:rsidR="00BB4153" w:rsidRDefault="00000000">
      <w:pPr>
        <w:pStyle w:val="CIETIACorpodetexto"/>
        <w:spacing w:after="60"/>
      </w:pPr>
      <w:r>
        <w:rPr>
          <w:b/>
          <w:color w:val="7D1027"/>
          <w:sz w:val="19"/>
        </w:rPr>
        <w:t xml:space="preserve">Figuras e tabelas: </w:t>
      </w:r>
      <w:r>
        <w:rPr>
          <w:sz w:val="19"/>
        </w:rPr>
        <w:t>Numeradas por ordem de aparecimento, citadas no texto e acompanhadas de título e fonte.</w:t>
      </w:r>
    </w:p>
    <w:p w14:paraId="101CBCA0" w14:textId="77777777" w:rsidR="00BB4153" w:rsidRDefault="00000000">
      <w:pPr>
        <w:pStyle w:val="CIETIACorpodetexto"/>
        <w:spacing w:after="60"/>
      </w:pPr>
      <w:r>
        <w:rPr>
          <w:b/>
          <w:color w:val="7D1027"/>
          <w:sz w:val="19"/>
        </w:rPr>
        <w:t xml:space="preserve">Ficheiro: </w:t>
      </w:r>
      <w:r>
        <w:rPr>
          <w:sz w:val="19"/>
        </w:rPr>
        <w:t>Submeter em formato DOCX através da plataforma EasyChair.</w:t>
      </w:r>
    </w:p>
    <w:p w14:paraId="397CEF99" w14:textId="77777777" w:rsidR="00BB4153" w:rsidRDefault="00000000">
      <w:pPr>
        <w:pStyle w:val="CIETIATtulo2"/>
      </w:pPr>
      <w:r>
        <w:t>Antes de submeter</w:t>
      </w:r>
    </w:p>
    <w:p w14:paraId="09009BE3" w14:textId="77777777" w:rsidR="00BB4153" w:rsidRDefault="00000000">
      <w:pPr>
        <w:pStyle w:val="CIETIACorpodetexto"/>
        <w:spacing w:after="60"/>
        <w:ind w:left="369" w:hanging="369"/>
      </w:pPr>
      <w:r>
        <w:rPr>
          <w:b/>
          <w:color w:val="AD1735"/>
          <w:sz w:val="19"/>
        </w:rPr>
        <w:t xml:space="preserve">1. </w:t>
      </w:r>
      <w:r>
        <w:rPr>
          <w:sz w:val="19"/>
        </w:rPr>
        <w:t>O artigo é original, inédito e não está em avaliação noutro evento ou publicação.</w:t>
      </w:r>
    </w:p>
    <w:p w14:paraId="7769006B" w14:textId="77777777" w:rsidR="00BB4153" w:rsidRDefault="00000000">
      <w:pPr>
        <w:pStyle w:val="CIETIACorpodetexto"/>
        <w:spacing w:after="60"/>
        <w:ind w:left="369" w:hanging="369"/>
      </w:pPr>
      <w:r>
        <w:rPr>
          <w:b/>
          <w:color w:val="AD1735"/>
          <w:sz w:val="19"/>
        </w:rPr>
        <w:t xml:space="preserve">2. </w:t>
      </w:r>
      <w:r>
        <w:rPr>
          <w:sz w:val="19"/>
        </w:rPr>
        <w:t>A versão inicial não contém nomes, afiliações, agradecimentos ou metadados identificadores.</w:t>
      </w:r>
    </w:p>
    <w:p w14:paraId="1242087A" w14:textId="77777777" w:rsidR="00BB4153" w:rsidRDefault="00000000">
      <w:pPr>
        <w:pStyle w:val="CIETIACorpodetexto"/>
        <w:spacing w:after="60"/>
        <w:ind w:left="369" w:hanging="369"/>
      </w:pPr>
      <w:r>
        <w:rPr>
          <w:b/>
          <w:color w:val="AD1735"/>
          <w:sz w:val="19"/>
        </w:rPr>
        <w:t xml:space="preserve">3. </w:t>
      </w:r>
      <w:r>
        <w:rPr>
          <w:sz w:val="19"/>
        </w:rPr>
        <w:t>O resumo em português e o abstract em inglês respeitam o limite de 150 palavras.</w:t>
      </w:r>
    </w:p>
    <w:p w14:paraId="0A4BF0B0" w14:textId="77777777" w:rsidR="00BB4153" w:rsidRDefault="00000000">
      <w:pPr>
        <w:pStyle w:val="CIETIACorpodetexto"/>
        <w:spacing w:after="60"/>
        <w:ind w:left="369" w:hanging="369"/>
      </w:pPr>
      <w:r>
        <w:rPr>
          <w:b/>
          <w:color w:val="AD1735"/>
          <w:sz w:val="19"/>
        </w:rPr>
        <w:t xml:space="preserve">4. </w:t>
      </w:r>
      <w:r>
        <w:rPr>
          <w:sz w:val="19"/>
        </w:rPr>
        <w:t>Todas as citações constam das referências e todas as referências são citadas no texto.</w:t>
      </w:r>
    </w:p>
    <w:p w14:paraId="1E5D448A" w14:textId="77777777" w:rsidR="00BB4153" w:rsidRDefault="00000000">
      <w:pPr>
        <w:pStyle w:val="CIETIACorpodetexto"/>
        <w:spacing w:after="60"/>
        <w:ind w:left="369" w:hanging="369"/>
      </w:pPr>
      <w:r>
        <w:rPr>
          <w:b/>
          <w:color w:val="AD1735"/>
          <w:sz w:val="19"/>
        </w:rPr>
        <w:t xml:space="preserve">5. </w:t>
      </w:r>
      <w:r>
        <w:rPr>
          <w:sz w:val="19"/>
        </w:rPr>
        <w:t>O documento foi revisto quanto a ortografia, acessibilidade de figuras e conformidade com APA 7.</w:t>
      </w:r>
    </w:p>
    <w:p w14:paraId="7B1B293D" w14:textId="77777777" w:rsidR="00BB4153" w:rsidRDefault="00000000">
      <w:pPr>
        <w:pStyle w:val="CIETIANota"/>
        <w:pBdr>
          <w:left w:val="single" w:sz="18" w:space="8" w:color="AD1735"/>
        </w:pBdr>
        <w:shd w:val="clear" w:color="auto" w:fill="F5F1F2"/>
      </w:pPr>
      <w:r>
        <w:rPr>
          <w:b/>
          <w:color w:val="7D1027"/>
          <w:sz w:val="17"/>
        </w:rPr>
        <w:t xml:space="preserve">SUBMISSÃO  </w:t>
      </w:r>
      <w:r>
        <w:rPr>
          <w:color w:val="62676D"/>
        </w:rPr>
        <w:t>https://easychair.org/conferences/?conf=cietia27</w:t>
      </w:r>
    </w:p>
    <w:sectPr w:rsidR="00BB4153" w:rsidSect="00034616">
      <w:headerReference w:type="default" r:id="rId11"/>
      <w:footerReference w:type="default" r:id="rId12"/>
      <w:pgSz w:w="11906" w:h="16838"/>
      <w:pgMar w:top="1191" w:right="1332" w:bottom="1134" w:left="1332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504BBA" w14:textId="77777777" w:rsidR="00097706" w:rsidRDefault="00097706">
      <w:pPr>
        <w:spacing w:after="0" w:line="240" w:lineRule="auto"/>
      </w:pPr>
      <w:r>
        <w:separator/>
      </w:r>
    </w:p>
  </w:endnote>
  <w:endnote w:type="continuationSeparator" w:id="0">
    <w:p w14:paraId="3C5685CD" w14:textId="77777777" w:rsidR="00097706" w:rsidRDefault="00097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DB8565" w14:textId="77777777" w:rsidR="00BB4153" w:rsidRDefault="00000000">
    <w:pPr>
      <w:pStyle w:val="Rodap"/>
      <w:jc w:val="right"/>
    </w:pPr>
    <w:r>
      <w:rPr>
        <w:rFonts w:ascii="Aptos" w:hAnsi="Aptos"/>
        <w:color w:val="62676D"/>
        <w:sz w:val="16"/>
      </w:rPr>
      <w:t xml:space="preserve">CIETIA’27  •  </w:t>
    </w:r>
    <w:r>
      <w:rPr>
        <w:rFonts w:ascii="Aptos" w:hAnsi="Aptos"/>
        <w:color w:val="62676D"/>
        <w:sz w:val="16"/>
      </w:rPr>
      <w:fldChar w:fldCharType="begin"/>
    </w:r>
    <w:r>
      <w:rPr>
        <w:rFonts w:ascii="Aptos" w:hAnsi="Aptos"/>
        <w:color w:val="62676D"/>
        <w:sz w:val="16"/>
      </w:rPr>
      <w:instrText xml:space="preserve"> PAGE </w:instrText>
    </w:r>
    <w:r>
      <w:rPr>
        <w:rFonts w:ascii="Aptos" w:hAnsi="Aptos"/>
        <w:color w:val="62676D"/>
        <w:sz w:val="16"/>
      </w:rPr>
      <w:fldChar w:fldCharType="separate"/>
    </w:r>
    <w:r>
      <w:rPr>
        <w:rFonts w:ascii="Aptos" w:hAnsi="Aptos"/>
        <w:color w:val="62676D"/>
        <w:sz w:val="16"/>
      </w:rPr>
      <w:t>1</w:t>
    </w:r>
    <w:r>
      <w:rPr>
        <w:rFonts w:ascii="Aptos" w:hAnsi="Aptos"/>
        <w:color w:val="62676D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8E1C3C" w14:textId="77777777" w:rsidR="00097706" w:rsidRDefault="00097706">
      <w:pPr>
        <w:spacing w:after="0" w:line="240" w:lineRule="auto"/>
      </w:pPr>
      <w:r>
        <w:separator/>
      </w:r>
    </w:p>
  </w:footnote>
  <w:footnote w:type="continuationSeparator" w:id="0">
    <w:p w14:paraId="74575B3F" w14:textId="77777777" w:rsidR="00097706" w:rsidRDefault="00097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68F4B1" w14:textId="77777777" w:rsidR="00BB4153" w:rsidRDefault="00000000">
    <w:pPr>
      <w:pStyle w:val="Cabealho"/>
      <w:pBdr>
        <w:bottom w:val="single" w:sz="6" w:space="4" w:color="D9DADD"/>
      </w:pBdr>
    </w:pPr>
    <w:r>
      <w:rPr>
        <w:rFonts w:ascii="Aptos" w:hAnsi="Aptos"/>
        <w:b/>
        <w:color w:val="AD1735"/>
        <w:sz w:val="16"/>
      </w:rPr>
      <w:t>CIETIA’27</w:t>
    </w:r>
    <w:r>
      <w:rPr>
        <w:rFonts w:ascii="Aptos" w:hAnsi="Aptos"/>
        <w:b/>
        <w:color w:val="62676D"/>
        <w:sz w:val="16"/>
      </w:rPr>
      <w:t xml:space="preserve">   MODELO DE ARTIGO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9691317">
    <w:abstractNumId w:val="8"/>
  </w:num>
  <w:num w:numId="2" w16cid:durableId="827794878">
    <w:abstractNumId w:val="6"/>
  </w:num>
  <w:num w:numId="3" w16cid:durableId="1527523295">
    <w:abstractNumId w:val="5"/>
  </w:num>
  <w:num w:numId="4" w16cid:durableId="1750730043">
    <w:abstractNumId w:val="4"/>
  </w:num>
  <w:num w:numId="5" w16cid:durableId="2015644974">
    <w:abstractNumId w:val="7"/>
  </w:num>
  <w:num w:numId="6" w16cid:durableId="1400058427">
    <w:abstractNumId w:val="3"/>
  </w:num>
  <w:num w:numId="7" w16cid:durableId="589050259">
    <w:abstractNumId w:val="2"/>
  </w:num>
  <w:num w:numId="8" w16cid:durableId="1813912367">
    <w:abstractNumId w:val="1"/>
  </w:num>
  <w:num w:numId="9" w16cid:durableId="4165551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706"/>
    <w:rsid w:val="0015074B"/>
    <w:rsid w:val="00265B5F"/>
    <w:rsid w:val="0029639D"/>
    <w:rsid w:val="00326F90"/>
    <w:rsid w:val="00373CAD"/>
    <w:rsid w:val="00AA1D8D"/>
    <w:rsid w:val="00B47730"/>
    <w:rsid w:val="00BB415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8639A"/>
  <w14:defaultImageDpi w14:val="300"/>
  <w15:docId w15:val="{3608231C-13B1-1549-A483-81C791B0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IETIACorpodetexto">
    <w:name w:val="CIETIA Corpo de texto"/>
    <w:pPr>
      <w:spacing w:after="140" w:line="288" w:lineRule="auto"/>
    </w:pPr>
    <w:rPr>
      <w:rFonts w:ascii="Aptos" w:hAnsi="Aptos"/>
      <w:color w:val="202124"/>
      <w:sz w:val="21"/>
    </w:rPr>
  </w:style>
  <w:style w:type="paragraph" w:customStyle="1" w:styleId="CIETIATtulo1">
    <w:name w:val="CIETIA Título 1"/>
    <w:pPr>
      <w:keepNext/>
      <w:spacing w:before="300" w:after="140" w:line="240" w:lineRule="auto"/>
    </w:pPr>
    <w:rPr>
      <w:rFonts w:ascii="Aptos" w:hAnsi="Aptos"/>
      <w:b/>
      <w:color w:val="7D1027"/>
      <w:sz w:val="30"/>
    </w:rPr>
  </w:style>
  <w:style w:type="paragraph" w:customStyle="1" w:styleId="CIETIATtulo2">
    <w:name w:val="CIETIA Título 2"/>
    <w:pPr>
      <w:keepNext/>
      <w:spacing w:before="240" w:after="100" w:line="240" w:lineRule="auto"/>
    </w:pPr>
    <w:rPr>
      <w:rFonts w:ascii="Aptos" w:hAnsi="Aptos"/>
      <w:b/>
      <w:color w:val="202124"/>
      <w:sz w:val="24"/>
    </w:rPr>
  </w:style>
  <w:style w:type="paragraph" w:customStyle="1" w:styleId="CIETIATtulo3">
    <w:name w:val="CIETIA Título 3"/>
    <w:pPr>
      <w:keepNext/>
      <w:spacing w:before="180" w:after="80" w:line="240" w:lineRule="auto"/>
    </w:pPr>
    <w:rPr>
      <w:rFonts w:ascii="Aptos" w:hAnsi="Aptos"/>
      <w:b/>
      <w:color w:val="7D1027"/>
      <w:sz w:val="21"/>
    </w:rPr>
  </w:style>
  <w:style w:type="paragraph" w:customStyle="1" w:styleId="CIETIAResumo">
    <w:name w:val="CIETIA Resumo"/>
    <w:pPr>
      <w:spacing w:after="100" w:line="264" w:lineRule="auto"/>
    </w:pPr>
    <w:rPr>
      <w:rFonts w:ascii="Aptos" w:hAnsi="Aptos"/>
      <w:color w:val="202124"/>
      <w:sz w:val="19"/>
    </w:rPr>
  </w:style>
  <w:style w:type="paragraph" w:customStyle="1" w:styleId="CIETIANota">
    <w:name w:val="CIETIA Nota"/>
    <w:pPr>
      <w:spacing w:after="180" w:line="259" w:lineRule="auto"/>
    </w:pPr>
    <w:rPr>
      <w:rFonts w:ascii="Aptos" w:hAnsi="Aptos"/>
      <w:color w:val="202124"/>
      <w:sz w:val="18"/>
    </w:rPr>
  </w:style>
  <w:style w:type="paragraph" w:customStyle="1" w:styleId="CIETIALegenda">
    <w:name w:val="CIETIA Legenda"/>
    <w:pPr>
      <w:keepNext/>
      <w:spacing w:before="60" w:after="180" w:line="240" w:lineRule="auto"/>
      <w:jc w:val="center"/>
    </w:pPr>
    <w:rPr>
      <w:rFonts w:ascii="Aptos" w:hAnsi="Aptos"/>
      <w:i/>
      <w:color w:val="62676D"/>
      <w:sz w:val="18"/>
    </w:rPr>
  </w:style>
  <w:style w:type="paragraph" w:customStyle="1" w:styleId="CIETIAReferncias">
    <w:name w:val="CIETIA Referências"/>
    <w:pPr>
      <w:spacing w:after="100" w:line="264" w:lineRule="auto"/>
      <w:ind w:left="397" w:hanging="397"/>
    </w:pPr>
    <w:rPr>
      <w:rFonts w:ascii="Aptos" w:hAnsi="Aptos"/>
      <w:color w:val="202124"/>
      <w:sz w:val="19"/>
    </w:rPr>
  </w:style>
  <w:style w:type="paragraph" w:customStyle="1" w:styleId="CIETIACitaoembloco">
    <w:name w:val="CIETIA Citação em bloco"/>
    <w:pPr>
      <w:spacing w:after="140" w:line="264" w:lineRule="auto"/>
      <w:ind w:left="567" w:right="283"/>
    </w:pPr>
    <w:rPr>
      <w:rFonts w:ascii="Aptos" w:hAnsi="Aptos"/>
      <w:color w:val="202124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4620</Characters>
  <Application>Microsoft Office Word</Application>
  <DocSecurity>0</DocSecurity>
  <Lines>110</Lines>
  <Paragraphs>104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artigo — CIETIA’27</vt:lpstr>
      <vt:lpstr/>
    </vt:vector>
  </TitlesOfParts>
  <Manager/>
  <Company/>
  <LinksUpToDate>false</LinksUpToDate>
  <CharactersWithSpaces>5312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artigo — CIETIA’27</dc:title>
  <dc:subject>Modelo oficial para submissão de artigos científicos</dc:subject>
  <dc:creator>ALICE — Aliança Lusófona para a Investigação, Cooperação e Educação Digital</dc:creator>
  <cp:keywords/>
  <dc:description/>
  <cp:lastModifiedBy>Bruno F. Gonçalves</cp:lastModifiedBy>
  <cp:revision>2</cp:revision>
  <dcterms:created xsi:type="dcterms:W3CDTF">2013-12-23T23:15:00Z</dcterms:created>
  <dcterms:modified xsi:type="dcterms:W3CDTF">2026-08-04T13:51:00Z</dcterms:modified>
  <cp:category/>
</cp:coreProperties>
</file>